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ומטרתם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טקסטים שונים ואת המטרה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לפי מבנה, מילים וגוף פנייה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סוג טקסט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המטרה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דמויות, בעיה, שיא וסוף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מי, מה, מתי, איפה?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טקסט מידעי מוסר עובדות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מילות קישור שמסדרות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במצגת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סוג טקסט לתיאורו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(מוסר עובדות ומסביר)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(משכנע בעזרת עמדה ונימוקים)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(מסבירות צעד אחר צעד)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(שוקלת יתרונות וחסרונות)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ארבע שאלות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שואלים מה המטרה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איך הטקסט בנוי (מבנה)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שמים לב אילו מילים מופיעות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למי הטקסט פונה (גוף ופנייה)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מטרה, מבנה ומילים אופייניות לכל סוג, ותציג הבדל ברור בין שניהם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מידעי יציג עובדה, משפט פרסומת יקרא לפעולה או ישתמש בסימן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שכנוע בעזרת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הוראות / מתכון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מידעי - עובדות, סיפורי - דמויות ועלילה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שוב קטעים מהמצגת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להסביר בקול למה התאימו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ומטרתם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במצגת פגשנו את פלא, עיפרון קטן שמראה לנו שלכל טקסט יש מטרה משלו, וכשמבינים את המטרה - מבינים גם איך הטקסט בנוי ואילו מילים הוא משתמש בהן.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הוראות  ·  סיפורי  ·  טיעוני  ·  מידעי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קובע את הצורה של הטקסט, לפי המצגת?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אורך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המטרה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טקסט מוסר עובדות בלי דעה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יש בכל סיפור, לפי המצגת?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מתכון וצעדים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דמויות, בעיה, שיא וסוף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כותרת ומיקרופון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איזה טקסט משתמש במילים כמו 'קחו' ו'ערבבו'?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5. מה שואלת 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איך מרגישים?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מי, מה, מתי,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 לדעתכם?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טקסט מידעי מביע דעה אישית של הכותב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בטקסט טיעוני מופיעות מילים כמו 'ראשית' ו'שנית'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 מבטא רגש בלשון ציורית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טקסט __________ מלמד אותנו עובדות בלי לדעתי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טקסט __________ רוצה לשכנע אותנו בעמדה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בטקסט __________ יש דמויות, בעיה ושיא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__________ מסבירות צעד אחר צעד מה לעשות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סוג טקסט לתיאורו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מסבירות צעד אחר צעד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שוקלת יתרונות וחסרונות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משכנע בעזרת עמדה ונימוקים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ביקורת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מוסר עובדות ומסביר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ארבע שאלות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למי הטקסט פונה (גוף ופנייה)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שמים לב אילו מילים מופיעות בטקסט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איך הטקסט בנוי (מבנה)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מה המטרה של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סוגי טקסטים מהמצגת וכתבו במה הם דומים ובמה הם שונים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פתיחה קצר לטקסט מידעי ומשפט פתיחה קצר לפרסומת על אותו נושא (למשל: כלב)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של 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לטקסט שמשתמש במילים 'קחו' ו'ערבבו'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ומטרתם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