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טקסטים שונים ואת המטרה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לפי מבנה, מילים וגוף פנייה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סוג טקסט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המטרה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עמדה ונימוקים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דמויות, בעיה, שיא וסוף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לעזור לנו לראות ולהריח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מי, מה, מתי, איפה?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מכתב פונה למישהו מסוים, כתבה מדווחת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שוקלת גם טוב וגם פחות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ב – נפעל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מילות קישור שמסדרות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הוראות חייבות סדר צעדים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פוסט הוא קצר ומהיר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הוסבר במצגת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טקסט לתיאורו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(מוסר עובדות ומסביר)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(משכנע בעזרת עמדה ונימוקים)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(מסבירות צעד אחר צעד)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(שוקלת יתרונות וחסרונות)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(קוראת לפעולה מיידית)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(מבטא רגש בלשון ציורית)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ארבע שאלות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 מה המטרה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איך הטקסט בנוי (מבנה)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לב אילו מילים מופיעות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למי הטקסט פונה (גוף ופנייה)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מטרה, מבנה ומילים אופייניות לכל סוג, ותציג הבדל ברור בין 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מידעי יציג עובדה, משפט פרסומת יקרא לפעולה או ישתמש בסימן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שכנוע בעזרת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הוראות / מתכון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מידעי - עובדות, סיפורי - דמויות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שוב קטעים מהמצגת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התאימו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ומטרתם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ראינו סרטון על סוגי טקסטים. לכל טקסט יש מטרה: ללמד, לשכנע, לספר, להסביר. כל מטרה נותנת לטקסט צורה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שמוסר עובדות ומסביר, בלי דעה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שמנסה לשכנע עם 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סיפורי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עם דמויות, עלילה ובעיה שנפתרת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צעד אחר צעד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תיאורי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שמצייר תמונה במילים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ששוקל יתרונות וחסרונות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פרסומת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שקורא לנו לפעולה מיידית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שמדווח מי, מה, מתי ואיפה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משפיע על איך הטקסט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המטרה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מלמד עובדות?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מופיע בטקסט ששוכנע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עמדה ונימוקים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מרכיבים ושלבים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דמויות ועלילה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וראיון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בונה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וצעדים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דמויות, בעיה, שיא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ומיקרופון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עמדה ונימוקים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אומרים 'קחו' ו'ערבבו'?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תיאור?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לעזור לנו לראות ולהריח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כתבה רוצה לדעת?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מרגישים?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מי, מה, מתי, 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לדעתכם?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הנימוקים?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במה מכתב שונה מכתבה?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פונה למישהו מסוים, כתבה מדווחת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כתובה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עושים בביקורת?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קוראת לפעולה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שוקלת גם טוב וגם פחות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נותנת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10. מה פרסומת רוצה מאיתנו?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נחשוב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נקרא שוב ושוב בלי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נתווכח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מביע דעה אישית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טיעוני מופיעות מילים כמו 'ראשית' ו'שנית'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מבטא רגש בלשון ציורית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יכולות להיכתב בכל סדר, הסדר לא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פוסט דיגיטלי הוא בדרך כלל ארוך ומפורט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בודקת גם יתרונות וגם חסרונות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טקסט __________ מלמד אותנו עובדות בלי לדעתי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__________ רוצה לשכנע אותנו בעמדה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__________ יש דמויות, בעיה ושיא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מסבירות צעד אחר צעד מה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טקסט __________ מצייר תמונה במילים כמו צבעים וריחות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מדווחת מי, מה, מתי ואיפה קרה משהו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סוג טקסט לתיאורו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שוקלת יתרונות וחסרונות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מסבירות צעד אחר צעד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קוראת לפעולה 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מבטא רגש בלשון ציורית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משכנע בעזרת עמדה ונימוקים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מוסר עובדות ומסביר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ארבע שאלות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איך הטקסט בנוי (מבנה)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אילו מילים מופיעות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למי הטקסט פונה (גוף ופנייה)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המטרה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סוגי טקסטים מהמצגת וכתבו במה הם דומים ובמה הם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פתיחה קצר לטקסט מידעי ומשפט פתיחה קצר לפרסומת על אותו נושא (למשל: כלב)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שמשתמש במילים 'קחו' ו'ערבבו'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טקסט מידעי לטקסט סיפורי?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ומטרתם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