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סוגי טקסטים – לכל טקסט יש מטרה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סוגי טקסטים ומטרתם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סוגי טקסטים שונים ואת המטרה של כל אחד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מאפיינים לפי מבנה, מילים וגוף פנייה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התאמה בין סוג טקסט לדוגמה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המטרה של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טקסט מידעי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עמדה ונימוקים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דמויות, בעיה, שיא וסוף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הוראות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לעזור לנו לראות ולהריח במילים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מי, מה, מתי, איפה?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ב – מכתב פונה למישהו מסוים, כתבה מדווחת אירוע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9. ב – שוקלת גם טוב וגם פחות טוב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10. ב – נפעל עכשיו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טקסט מידעי מוסר עובדות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אלה מילות קישור שמסדרות נימוקים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נאמר במצגת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הוראות חייבות סדר צעדים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פוסט הוא קצר ומהיר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כך הוסבר במצגת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מידעי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טיעוני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סיפורי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הוראות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תיאורי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כתבה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סוג טקסט לתיאורו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(מוסר עובדות ומסביר)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(משכנע בעזרת עמדה ונימוקים)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(מסבירות צעד אחר צעד)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(שוקלת יתרונות וחסרונות)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(קוראת לפעולה מיידית)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(מבטא רגש בלשון ציורית)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ארבע שאלות הבלש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שואלים מה המטרה של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בודקים איך הטקסט בנוי (מבנה)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שמים לב אילו מילים מופיעות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בודקים למי הטקסט פונה (גוף ופנייה)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תזכיר מטרה, מבנה ומילים אופייניות לכל סוג, ותציג הבדל ברור בין שניהם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מידעי יציג עובדה, משפט פרסומת יקרא לפעולה או ישתמש בסימן קריאה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שכנוע בעזרת נימוקים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הוראות / מתכון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מידעי - עובדות, סיפורי - דמויות ועלילה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להקרין שוב קטעים מהמצגת לפני כל חלק בדף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ההתאמה כדאי לעודד תלמידים להסביר בקול למה התאימו כך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לגרסת החינוך המיוחד להשמיט את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סוגי טקסטים – לכל טקסט יש מטרה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סוגי טקסטים ומטרתם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במצגת פגשנו את פלא, עיפרון קטן שמראה לנו שלכל טקסט יש מטרה משלו, וכשמבינים את המטרה - מבינים גם איך הטקסט בנוי ואילו מילים הוא משתמש בהן.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קובע את הצורה של הטקסט, לפי המצגת?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אורך הטקסט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המטרה של הטקסט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צבע הדף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הכותב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טקסט מוסר עובדות בלי דעה אישית?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טקסט טיעוני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טקסט סיפורי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טקסט מידעי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פרסומת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יש בטקסט טיעוני?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עמדה ונימוקים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מרכיבים ושלבים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דמויות ועלילה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כותרת וראיון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יש בכל סיפור, לפי המצגת?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מתכון וצעדים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דמויות, בעיה, שיא וסוף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כותרת ומיקרופון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עמדה ונימוקים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טקסט משתמש במילים כמו 'קחו' ו'ערבבו'?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ביקורת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הוראות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המטרה של טקסט תיאורי?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לשכנע אותנו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לתת הוראות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לעזור לנו לראות ולהריח במילים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לדווח חדשות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מה שואלת כתבה?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איך מרגישים?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מי, מה, מתי, איפה?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מה לדעתכם?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 הנימוקים?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מה ההבדל בין מכתב לכתבה?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מכתב פונה למישהו מסוים, כתבה מדווחת אירוע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מכתב ארוך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כתבה כתובה בחרוזים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9. מה עושה ביקורת?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קוראת לפעולה מיידית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שוקלת גם טוב וגם פחות 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מספרת 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נותנת הוראות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10. מה רוצה פרסומת שנעשה?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נחשוב בשקט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נפעל עכשיו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נקרא שוב ושוב בלי לעשות כלום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נתווכח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מידעי מביע דעה אישית של הכותב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בטקסט טיעוני מופיעות מילים כמו 'ראשית' ו'שנית'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שיר מבטא רגש בלשון ציורית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הוראות יכולות להיכתב בכל סדר, הסדר לא משנה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פוסט דיגיטלי הוא בדרך כלל ארוך ומפורט מאוד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ביקורת בודקת גם יתרונות וגם חסרונות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טקסט __________ מלמד אותנו עובדות בלי לדעתי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טקסט __________ רוצה לשכנע אותנו בעמדה מסוימת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בטקסט __________ יש דמויות, בעיה ושיא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__________ מסבירות צעד אחר צעד מה לעשות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טקסט __________ מצייר תמונה במילים כמו צבעים וריחות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__________ מדווחת מי, מה, מתי ואיפה קרה משהו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סוג טקסט לתיאורו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טקסט מידעי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מבטא רגש בלשון ציורית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טקסט טיעוני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מסבירות צעד אחר צעד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הוראות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משכנע בעזרת עמדה ונימוקים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ביקורת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מוסר עובדות ומסביר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פרסומת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שוקלת יתרונות וחסרונות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שיר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קוראת לפעולה מיידית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ארבע שאלות הבלש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שואלים מה המטרה של הטקסט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בודקים למי הטקסט פונה (גוף ופנייה)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בודקים איך הטקסט בנוי (מבנה)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שמים לב אילו מילים מופיעות בטקסט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שני סוגי טקסטים מהמצגת וכתבו במה הם דומים ובמה הם שונים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פתיחה קצר לטקסט מידעי ומשפט פתיחה קצר לפרסומת על אותו נושא (למשל: כלב)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המטרה של טקסט טיעוני?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לטקסט שמשתמש במילים 'קחו' ו'ערבבו'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טקסט מידעי לטקסט סיפורי?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סוגי טקסטים ומטרתם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